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59" w:lineRule="auto"/>
      </w:pPr>
      <w:r>
        <w:rPr>
          <w:b/>
          <w:sz w:val="40"/>
        </w:rPr>
        <w:t>LEBENSLAUF</w:t>
      </w:r>
    </w:p>
    <w:p>
      <w:pPr>
        <w:spacing w:after="100" w:line="259" w:lineRule="auto"/>
      </w:pPr>
      <w:r>
        <w:rPr>
          <w:b/>
          <w:sz w:val="32"/>
        </w:rPr>
        <w:t>Mara Beispiel</w:t>
      </w:r>
    </w:p>
    <w:p>
      <w:pPr>
        <w:spacing w:after="40" w:line="259" w:lineRule="auto"/>
      </w:pPr>
      <w:r>
        <w:rPr>
          <w:b w:val="0"/>
          <w:sz w:val="20"/>
        </w:rPr>
        <w:t>Musterstraße 12 · 12345 Musterstadt</w:t>
      </w:r>
    </w:p>
    <w:p>
      <w:pPr>
        <w:spacing w:after="80" w:line="259" w:lineRule="auto"/>
      </w:pPr>
      <w:r>
        <w:rPr>
          <w:b w:val="0"/>
          <w:sz w:val="20"/>
        </w:rPr>
        <w:t>[Telefon ergänzen] · bewerbung@example.com</w:t>
      </w:r>
    </w:p>
    <w:p>
      <w:pPr>
        <w:keepNext/>
        <w:spacing w:after="120" w:line="259" w:lineRule="auto" w:before="240"/>
      </w:pPr>
      <w:r>
        <w:rPr>
          <w:b/>
          <w:sz w:val="24"/>
        </w:rPr>
        <w:t>Berufliches Profil</w:t>
      </w:r>
    </w:p>
    <w:p>
      <w:pPr>
        <w:spacing w:after="100" w:line="259" w:lineRule="auto"/>
      </w:pPr>
      <w:r>
        <w:rPr>
          <w:b w:val="0"/>
          <w:sz w:val="21"/>
        </w:rPr>
        <w:t>Kaufmännische Fachkraft mit Erfahrung in Auftragsabwicklung, Reklamationen und Prozessdokumentation. Schwerpunkt: zuverlässige Abläufe zwischen Vertrieb, Lager und Kundenservice.</w:t>
      </w:r>
    </w:p>
    <w:p>
      <w:pPr>
        <w:keepNext/>
        <w:spacing w:after="120" w:line="259" w:lineRule="auto" w:before="240"/>
      </w:pPr>
      <w:r>
        <w:rPr>
          <w:b/>
          <w:sz w:val="24"/>
        </w:rPr>
        <w:t>Berufserfahrung</w:t>
      </w:r>
    </w:p>
    <w:p>
      <w:pPr>
        <w:keepNext/>
        <w:spacing w:after="60" w:line="259" w:lineRule="auto"/>
      </w:pPr>
      <w:r>
        <w:rPr>
          <w:b/>
          <w:sz w:val="21"/>
        </w:rPr>
        <w:t>04/2021 – heute  |  Sachbearbeiterin Auftragsmanagement</w:t>
      </w:r>
    </w:p>
    <w:p>
      <w:pPr>
        <w:keepNext/>
        <w:spacing w:after="60" w:line="259" w:lineRule="auto"/>
      </w:pPr>
      <w:r>
        <w:rPr>
          <w:b w:val="0"/>
          <w:sz w:val="21"/>
        </w:rPr>
        <w:t>Beispiel Handel GmbH, Musterstadt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Koordination von Kundenaufträgen vom Eingang bis zur Auslieferung.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Abstimmung von Lieferterminen mit Einkauf und Lager; Dokumentation im ERP-System.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Einführung einer gemeinsamen Reklamationsübersicht für die monatliche Teambesprechung.</w:t>
      </w:r>
    </w:p>
    <w:p>
      <w:pPr>
        <w:keepNext/>
        <w:spacing w:after="60" w:line="259" w:lineRule="auto"/>
      </w:pPr>
      <w:r>
        <w:rPr>
          <w:b/>
          <w:sz w:val="21"/>
        </w:rPr>
        <w:t>08/2017 – 03/2021  |  Mitarbeiterin Kundenservice</w:t>
      </w:r>
    </w:p>
    <w:p>
      <w:pPr>
        <w:keepNext/>
        <w:spacing w:after="60" w:line="259" w:lineRule="auto"/>
      </w:pPr>
      <w:r>
        <w:rPr>
          <w:b w:val="0"/>
          <w:sz w:val="21"/>
        </w:rPr>
        <w:t>Muster Services GmbH, Beispielstadt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Bearbeitung schriftlicher Anfragen zu Rechnungen, Lieferungen und Rücksendungen.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Erstellung von Antwortvorlagen und Einarbeitung neuer Kolleginnen und Kollegen.</w:t>
      </w:r>
    </w:p>
    <w:p>
      <w:pPr>
        <w:keepNext/>
        <w:spacing w:after="120" w:line="259" w:lineRule="auto" w:before="240"/>
      </w:pPr>
      <w:r>
        <w:rPr>
          <w:b/>
          <w:sz w:val="24"/>
        </w:rPr>
        <w:t>Ausgewähltes Projekt</w:t>
      </w:r>
    </w:p>
    <w:p>
      <w:pPr>
        <w:spacing w:after="100" w:line="259" w:lineRule="auto"/>
      </w:pPr>
      <w:r>
        <w:rPr>
          <w:b/>
          <w:sz w:val="21"/>
        </w:rPr>
        <w:t>2024 · Reklamationen nachvollziehbar dokumentieren</w:t>
      </w:r>
    </w:p>
    <w:p>
      <w:pPr>
        <w:spacing w:after="100" w:line="259" w:lineRule="auto"/>
      </w:pPr>
      <w:r>
        <w:rPr>
          <w:b w:val="0"/>
          <w:sz w:val="21"/>
        </w:rPr>
        <w:t>Aufgabe: verstreute Rückmeldungen in einer gemeinsamen Übersicht bündeln. Beitrag: Felder festlegen, Statuspflege abstimmen und das Team einweisen. Ergebnis: offene Fälle und nächste Schritte sind in der Teambesprechung gemeinsam nachvollziehbar.</w:t>
      </w:r>
    </w:p>
    <w:p>
      <w:r>
        <w:br w:type="page"/>
      </w:r>
    </w:p>
    <w:p>
      <w:pPr>
        <w:spacing w:after="180" w:line="259" w:lineRule="auto"/>
      </w:pPr>
      <w:r>
        <w:rPr>
          <w:b/>
          <w:sz w:val="26"/>
        </w:rPr>
        <w:t>Mara Beispiel · Lebenslauf</w:t>
      </w:r>
    </w:p>
    <w:p>
      <w:pPr>
        <w:keepNext/>
        <w:spacing w:after="120" w:line="259" w:lineRule="auto" w:before="240"/>
      </w:pPr>
      <w:r>
        <w:rPr>
          <w:b/>
          <w:sz w:val="24"/>
        </w:rPr>
        <w:t>Frühere Berufserfahrung</w:t>
      </w:r>
    </w:p>
    <w:p>
      <w:pPr>
        <w:keepNext/>
        <w:spacing w:after="60" w:line="259" w:lineRule="auto"/>
      </w:pPr>
      <w:r>
        <w:rPr>
          <w:b/>
          <w:sz w:val="21"/>
        </w:rPr>
        <w:t>07/2013 – 07/2017  |  Kaufmännische Mitarbeiterin</w:t>
      </w:r>
    </w:p>
    <w:p>
      <w:pPr>
        <w:keepNext/>
        <w:spacing w:after="60" w:line="259" w:lineRule="auto"/>
      </w:pPr>
      <w:r>
        <w:rPr>
          <w:b w:val="0"/>
          <w:sz w:val="21"/>
        </w:rPr>
        <w:t>Beispiel Bürobedarf GmbH, Musterstadt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Angebote, Auftragsbestätigungen und Stammdatenpflege.</w:t>
      </w:r>
    </w:p>
    <w:p>
      <w:pPr>
        <w:keepNext/>
        <w:spacing w:after="120" w:line="259" w:lineRule="auto" w:before="240"/>
      </w:pPr>
      <w:r>
        <w:rPr>
          <w:b/>
          <w:sz w:val="24"/>
        </w:rPr>
        <w:t>Ausbildung</w:t>
      </w:r>
    </w:p>
    <w:p>
      <w:pPr>
        <w:keepNext/>
        <w:spacing w:after="60" w:line="259" w:lineRule="auto"/>
      </w:pPr>
      <w:r>
        <w:rPr>
          <w:b/>
          <w:sz w:val="21"/>
        </w:rPr>
        <w:t>08/2010 – 06/2013  |  Bürokauffrau</w:t>
      </w:r>
    </w:p>
    <w:p>
      <w:pPr>
        <w:keepNext/>
        <w:spacing w:after="60" w:line="259" w:lineRule="auto"/>
      </w:pPr>
      <w:r>
        <w:rPr>
          <w:b w:val="0"/>
          <w:sz w:val="21"/>
        </w:rPr>
        <w:t>Musterbetrieb, Musterstadt</w:t>
      </w:r>
    </w:p>
    <w:p>
      <w:pPr>
        <w:keepNext/>
        <w:spacing w:after="120" w:line="259" w:lineRule="auto" w:before="240"/>
      </w:pPr>
      <w:r>
        <w:rPr>
          <w:b/>
          <w:sz w:val="24"/>
        </w:rPr>
        <w:t>Weiterbildungen</w:t>
      </w:r>
    </w:p>
    <w:p>
      <w:pPr>
        <w:spacing w:after="100" w:line="259" w:lineRule="auto"/>
      </w:pPr>
      <w:r>
        <w:rPr>
          <w:b w:val="0"/>
          <w:sz w:val="21"/>
        </w:rPr>
        <w:t>2024 · Excel-Aufbaukurs: Pivot-Tabellen und Auswertungen · Beispiel Akademie</w:t>
      </w:r>
    </w:p>
    <w:p>
      <w:pPr>
        <w:spacing w:after="100" w:line="259" w:lineRule="auto"/>
      </w:pPr>
      <w:r>
        <w:rPr>
          <w:b w:val="0"/>
          <w:sz w:val="21"/>
        </w:rPr>
        <w:t>2022 · Beschwerdemanagement · Musterbildungszentrum</w:t>
      </w:r>
    </w:p>
    <w:p>
      <w:pPr>
        <w:keepNext/>
        <w:spacing w:after="120" w:line="259" w:lineRule="auto" w:before="240"/>
      </w:pPr>
      <w:r>
        <w:rPr>
          <w:b/>
          <w:sz w:val="24"/>
        </w:rPr>
        <w:t>Fachkenntnisse und Sprachen</w:t>
      </w:r>
    </w:p>
    <w:p>
      <w:pPr>
        <w:spacing w:after="100" w:line="259" w:lineRule="auto"/>
      </w:pPr>
      <w:r>
        <w:rPr>
          <w:b w:val="0"/>
          <w:sz w:val="21"/>
        </w:rPr>
        <w:t>Excel: Pivot-Tabellen und strukturierte Auswertungen im Arbeitsalltag.</w:t>
      </w:r>
    </w:p>
    <w:p>
      <w:pPr>
        <w:spacing w:after="100" w:line="259" w:lineRule="auto"/>
      </w:pPr>
      <w:r>
        <w:rPr>
          <w:b w:val="0"/>
          <w:sz w:val="21"/>
        </w:rPr>
        <w:t>ERP: Auftragsanlage, Terminpflege und Stammdatenbearbeitung.</w:t>
      </w:r>
    </w:p>
    <w:p>
      <w:pPr>
        <w:spacing w:after="100" w:line="259" w:lineRule="auto"/>
      </w:pPr>
      <w:r>
        <w:rPr>
          <w:b w:val="0"/>
          <w:sz w:val="21"/>
        </w:rPr>
        <w:t>Deutsch: Muttersprache · Englisch: B2, regelmäßige schriftliche Kundenkontakte.</w:t>
      </w:r>
    </w:p>
    <w:p>
      <w:pPr>
        <w:keepNext/>
        <w:spacing w:after="120" w:line="259" w:lineRule="auto" w:before="240"/>
      </w:pPr>
      <w:r>
        <w:rPr>
          <w:b/>
          <w:sz w:val="24"/>
        </w:rPr>
        <w:t>Engagement, optional</w:t>
      </w:r>
    </w:p>
    <w:p>
      <w:pPr>
        <w:spacing w:after="100" w:line="259" w:lineRule="auto"/>
      </w:pPr>
      <w:r>
        <w:rPr>
          <w:b w:val="0"/>
          <w:sz w:val="21"/>
        </w:rPr>
        <w:t>Seit 2023 · Unterstützung der Mitgliederverwaltung in einem Sportverein.</w:t>
      </w:r>
    </w:p>
    <w:p>
      <w:pPr>
        <w:spacing w:after="0" w:line="259" w:lineRule="auto"/>
      </w:pPr>
      <w:r>
        <w:rPr>
          <w:b w:val="0"/>
          <w:sz w:val="21"/>
        </w:rPr>
        <w:t>Musterstadt, September 2026</w:t>
      </w:r>
    </w:p>
    <w:sectPr w:rsidR="00FC693F" w:rsidRPr="0006063C" w:rsidSect="00034616">
      <w:footerReference w:type="default" r:id="rId9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20"/>
    </w:pPr>
    <w:r>
      <w:rPr>
        <w:rFonts w:ascii="Arial" w:hAnsi="Arial"/>
        <w:sz w:val="16"/>
      </w:rPr>
      <w:t xml:space="preserve">Fiktives Beispiel zur Orientierung – Angaben nicht übernehmen.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1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21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mit Berufserfahrung</dc:title>
  <dc:subject>Fiktives ausgefülltes Beispiel</dc:subject>
  <dc:creator>IPSER</dc:creator>
  <cp:keywords/>
  <dc:description/>
  <cp:lastModifiedBy>IPSER</cp:lastModifiedBy>
  <cp:revision>1</cp:revision>
  <dcterms:created xsi:type="dcterms:W3CDTF">2013-12-23T23:15:00Z</dcterms:created>
  <dcterms:modified xsi:type="dcterms:W3CDTF">2013-12-23T23:15:00Z</dcterms:modified>
  <cp:category/>
</cp:coreProperties>
</file>