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59" w:lineRule="auto"/>
      </w:pPr>
      <w:r>
        <w:rPr>
          <w:b/>
          <w:sz w:val="40"/>
        </w:rPr>
        <w:t>LEBENSLAUF</w:t>
      </w:r>
    </w:p>
    <w:p>
      <w:pPr>
        <w:spacing w:after="100" w:line="259" w:lineRule="auto"/>
      </w:pPr>
      <w:r>
        <w:rPr>
          <w:b/>
          <w:sz w:val="32"/>
        </w:rPr>
        <w:t>Jana Beispiel</w:t>
      </w:r>
    </w:p>
    <w:p>
      <w:pPr>
        <w:spacing w:after="40" w:line="259" w:lineRule="auto"/>
      </w:pPr>
      <w:r>
        <w:rPr>
          <w:b w:val="0"/>
          <w:sz w:val="20"/>
        </w:rPr>
        <w:t>Musterstraße 12 · 12345 Musterstadt</w:t>
      </w:r>
    </w:p>
    <w:p>
      <w:pPr>
        <w:spacing w:after="80" w:line="259" w:lineRule="auto"/>
      </w:pPr>
      <w:r>
        <w:rPr>
          <w:b w:val="0"/>
          <w:sz w:val="20"/>
        </w:rPr>
        <w:t>[Telefon ergänzen] · bewerbung@example.com</w:t>
      </w:r>
    </w:p>
    <w:p>
      <w:pPr>
        <w:keepNext/>
        <w:spacing w:after="120" w:line="259" w:lineRule="auto" w:before="240"/>
      </w:pPr>
      <w:r>
        <w:rPr>
          <w:b/>
          <w:sz w:val="24"/>
        </w:rPr>
        <w:t>Berufliches Ziel und übertragbare Erfahrung</w:t>
      </w:r>
    </w:p>
    <w:p>
      <w:pPr>
        <w:spacing w:after="100" w:line="259" w:lineRule="auto"/>
      </w:pPr>
      <w:r>
        <w:rPr>
          <w:b w:val="0"/>
          <w:sz w:val="21"/>
        </w:rPr>
        <w:t>Einstieg in die kaufmännische Kundenbetreuung. Erfahrung in Kundenberatung, Warenwirtschaft und der Abstimmung mit Lieferanten; ergänzt durch eine Weiterbildung in Büroorganisation.</w:t>
      </w:r>
    </w:p>
    <w:p>
      <w:pPr>
        <w:keepNext/>
        <w:spacing w:after="120" w:line="259" w:lineRule="auto" w:before="240"/>
      </w:pPr>
      <w:r>
        <w:rPr>
          <w:b/>
          <w:sz w:val="24"/>
        </w:rPr>
        <w:t>Berufserfahrung</w:t>
      </w:r>
    </w:p>
    <w:p>
      <w:pPr>
        <w:keepNext/>
        <w:spacing w:after="60" w:line="259" w:lineRule="auto"/>
      </w:pPr>
      <w:r>
        <w:rPr>
          <w:b/>
          <w:sz w:val="21"/>
        </w:rPr>
        <w:t>08/2019 – heute  |  Verkäuferin im Fachhandel</w:t>
      </w:r>
    </w:p>
    <w:p>
      <w:pPr>
        <w:keepNext/>
        <w:spacing w:after="60" w:line="259" w:lineRule="auto"/>
      </w:pPr>
      <w:r>
        <w:rPr>
          <w:b w:val="0"/>
          <w:sz w:val="21"/>
        </w:rPr>
        <w:t>Beispiel Fachhandel GmbH, Musterstadt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Kunden zu Produkten beraten und Reklamationen sachlich bearbeiten.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Bestellungen und Wareneingänge im Warenwirtschaftssystem dokumentieren.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Liefertermine telefonisch und schriftlich mit Lieferanten abstimmen.</w:t>
      </w:r>
    </w:p>
    <w:p>
      <w:pPr>
        <w:keepNext/>
        <w:spacing w:after="120" w:line="259" w:lineRule="auto" w:before="240"/>
      </w:pPr>
      <w:r>
        <w:rPr>
          <w:b/>
          <w:sz w:val="24"/>
        </w:rPr>
        <w:t>Weiterbildung und Praxisprojekt</w:t>
      </w:r>
    </w:p>
    <w:p>
      <w:pPr>
        <w:keepNext/>
        <w:spacing w:after="60" w:line="259" w:lineRule="auto"/>
      </w:pPr>
      <w:r>
        <w:rPr>
          <w:b/>
          <w:sz w:val="21"/>
        </w:rPr>
        <w:t>02/2026 – 05/2026  |  Büroorganisation und Excel-Grundlagen</w:t>
      </w:r>
    </w:p>
    <w:p>
      <w:pPr>
        <w:keepNext/>
        <w:spacing w:after="60" w:line="259" w:lineRule="auto"/>
      </w:pPr>
      <w:r>
        <w:rPr>
          <w:b w:val="0"/>
          <w:sz w:val="21"/>
        </w:rPr>
        <w:t>Beispiel Bildungszentrum, berufsbegleitend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Übungsprojekt: Bestellübersicht mit Filtern und einfachen Auswertungen erstellen.</w:t>
      </w:r>
    </w:p>
    <w:p>
      <w:pPr>
        <w:keepNext/>
        <w:spacing w:after="120" w:line="259" w:lineRule="auto" w:before="240"/>
      </w:pPr>
      <w:r>
        <w:rPr>
          <w:b/>
          <w:sz w:val="24"/>
        </w:rPr>
        <w:t>Ausbildung</w:t>
      </w:r>
    </w:p>
    <w:p>
      <w:pPr>
        <w:spacing w:after="100" w:line="259" w:lineRule="auto"/>
      </w:pPr>
      <w:r>
        <w:rPr>
          <w:b w:val="0"/>
          <w:sz w:val="21"/>
        </w:rPr>
        <w:t>08/2016 – 07/2019 · Kauffrau im Einzelhandel · Musterbetrieb, Musterstadt</w:t>
      </w:r>
    </w:p>
    <w:p>
      <w:pPr>
        <w:keepNext/>
        <w:spacing w:after="120" w:line="259" w:lineRule="auto" w:before="240"/>
      </w:pPr>
      <w:r>
        <w:rPr>
          <w:b/>
          <w:sz w:val="24"/>
        </w:rPr>
        <w:t>Kenntnisse</w:t>
      </w:r>
    </w:p>
    <w:p>
      <w:pPr>
        <w:spacing w:after="100" w:line="259" w:lineRule="auto"/>
      </w:pPr>
      <w:r>
        <w:rPr>
          <w:b w:val="0"/>
          <w:sz w:val="21"/>
        </w:rPr>
        <w:t>Excel: Tabellen, Filter und einfache Formeln · Word: Geschäftsbriefe und Formatvorlagen.</w:t>
      </w:r>
    </w:p>
    <w:p>
      <w:pPr>
        <w:spacing w:after="100" w:line="259" w:lineRule="auto"/>
      </w:pPr>
      <w:r>
        <w:rPr>
          <w:b w:val="0"/>
          <w:sz w:val="21"/>
        </w:rPr>
        <w:t>Deutsch: Muttersprache · Englisch: B1.</w:t>
      </w:r>
    </w:p>
    <w:p>
      <w:pPr>
        <w:spacing w:after="0" w:line="259" w:lineRule="auto"/>
      </w:pPr>
      <w:r>
        <w:rPr>
          <w:b w:val="0"/>
          <w:sz w:val="21"/>
        </w:rPr>
        <w:t>Musterstadt, September 2026</w:t>
      </w:r>
    </w:p>
    <w:sectPr w:rsidR="00FC693F" w:rsidRPr="0006063C" w:rsidSect="00034616">
      <w:footerReference w:type="default" r:id="rId9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20"/>
    </w:pPr>
    <w:r>
      <w:rPr>
        <w:rFonts w:ascii="Arial" w:hAnsi="Arial"/>
        <w:sz w:val="16"/>
      </w:rPr>
      <w:t xml:space="preserve">Fiktives Beispiel zur Orientierung – Angaben nicht übernehmen.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1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21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für Quereinsteiger</dc:title>
  <dc:subject>Fiktives ausgefülltes Beispiel</dc:subject>
  <dc:creator>IPSER</dc:creator>
  <cp:keywords/>
  <dc:description/>
  <cp:lastModifiedBy>IPSER</cp:lastModifiedBy>
  <cp:revision>1</cp:revision>
  <dcterms:created xsi:type="dcterms:W3CDTF">2013-12-23T23:15:00Z</dcterms:created>
  <dcterms:modified xsi:type="dcterms:W3CDTF">2013-12-23T23:15:00Z</dcterms:modified>
  <cp:category/>
</cp:coreProperties>
</file>