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59" w:lineRule="auto"/>
      </w:pPr>
      <w:r>
        <w:rPr>
          <w:b/>
          <w:sz w:val="40"/>
        </w:rPr>
        <w:t>LEBENSLAUF</w:t>
      </w:r>
    </w:p>
    <w:p>
      <w:pPr>
        <w:spacing w:after="100" w:line="259" w:lineRule="auto"/>
      </w:pPr>
      <w:r>
        <w:rPr>
          <w:b/>
          <w:sz w:val="32"/>
        </w:rPr>
        <w:t>[Vorname Nachname]</w:t>
      </w:r>
    </w:p>
    <w:p>
      <w:pPr>
        <w:spacing w:after="40" w:line="259" w:lineRule="auto"/>
      </w:pPr>
      <w:r>
        <w:rPr>
          <w:b w:val="0"/>
          <w:sz w:val="20"/>
        </w:rPr>
        <w:t>[Straße Hausnummer] · [PLZ Ort]</w:t>
      </w:r>
    </w:p>
    <w:p>
      <w:pPr>
        <w:spacing w:after="80" w:line="259" w:lineRule="auto"/>
      </w:pPr>
      <w:r>
        <w:rPr>
          <w:b w:val="0"/>
          <w:sz w:val="20"/>
        </w:rPr>
        <w:t>[Telefon] · [E-Mail-Adresse]</w:t>
      </w:r>
    </w:p>
    <w:p>
      <w:pPr>
        <w:keepNext/>
        <w:spacing w:after="120" w:line="259" w:lineRule="auto" w:before="240"/>
      </w:pPr>
      <w:r>
        <w:rPr>
          <w:b/>
          <w:sz w:val="24"/>
        </w:rPr>
        <w:t>Studium</w:t>
      </w:r>
    </w:p>
    <w:p>
      <w:pPr>
        <w:keepNext/>
        <w:spacing w:after="60" w:line="259" w:lineRule="auto"/>
      </w:pPr>
      <w:r>
        <w:rPr>
          <w:b/>
          <w:sz w:val="21"/>
        </w:rPr>
        <w:t>MM/JJJJ – MM/JJJJ  |  [Abschluss und Studiengang]</w:t>
      </w:r>
    </w:p>
    <w:p>
      <w:pPr>
        <w:keepNext/>
        <w:spacing w:after="60" w:line="259" w:lineRule="auto"/>
      </w:pPr>
      <w:r>
        <w:rPr>
          <w:b w:val="0"/>
          <w:sz w:val="21"/>
        </w:rPr>
        <w:t>[Hochschule, Ort]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[Zur Stelle passende Schwerpunkte.]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[Thema der Abschlussarbeit oder relevantes Studienprojekt.]</w:t>
      </w:r>
    </w:p>
    <w:p>
      <w:pPr>
        <w:keepNext/>
        <w:spacing w:after="120" w:line="259" w:lineRule="auto" w:before="240"/>
      </w:pPr>
      <w:r>
        <w:rPr>
          <w:b/>
          <w:sz w:val="24"/>
        </w:rPr>
        <w:t>Praktische Erfahrung</w:t>
      </w:r>
    </w:p>
    <w:p>
      <w:pPr>
        <w:keepNext/>
        <w:spacing w:after="60" w:line="259" w:lineRule="auto"/>
      </w:pPr>
      <w:r>
        <w:rPr>
          <w:b/>
          <w:sz w:val="21"/>
        </w:rPr>
        <w:t>MM/JJJJ – MM/JJJJ  |  [Werkstudium / Praktikum / Nebenjob]</w:t>
      </w:r>
    </w:p>
    <w:p>
      <w:pPr>
        <w:keepNext/>
        <w:spacing w:after="60" w:line="259" w:lineRule="auto"/>
      </w:pPr>
      <w:r>
        <w:rPr>
          <w:b w:val="0"/>
          <w:sz w:val="21"/>
        </w:rPr>
        <w:t>[Unternehmen, Ort]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[Tatsächlich übernommene Aufgabe.]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[Eigener Beitrag oder praktische Lernerfahrung.]</w:t>
      </w:r>
    </w:p>
    <w:p>
      <w:pPr>
        <w:keepNext/>
        <w:spacing w:after="120" w:line="259" w:lineRule="auto" w:before="240"/>
      </w:pPr>
      <w:r>
        <w:rPr>
          <w:b/>
          <w:sz w:val="24"/>
        </w:rPr>
        <w:t>Projekt und Engagement</w:t>
      </w:r>
    </w:p>
    <w:p>
      <w:pPr>
        <w:spacing w:after="100" w:line="259" w:lineRule="auto"/>
      </w:pPr>
      <w:r>
        <w:rPr>
          <w:b w:val="0"/>
          <w:sz w:val="21"/>
        </w:rPr>
        <w:t>[Jahr] · [Projekt, eigene Aufgabe, verwendete Werkzeuge und Ergebnis.]</w:t>
      </w:r>
    </w:p>
    <w:p>
      <w:pPr>
        <w:keepNext/>
        <w:spacing w:after="120" w:line="259" w:lineRule="auto" w:before="240"/>
      </w:pPr>
      <w:r>
        <w:rPr>
          <w:b/>
          <w:sz w:val="24"/>
        </w:rPr>
        <w:t>Kenntnisse</w:t>
      </w:r>
    </w:p>
    <w:p>
      <w:pPr>
        <w:spacing w:after="100" w:line="259" w:lineRule="auto"/>
      </w:pPr>
      <w:r>
        <w:rPr>
          <w:b w:val="0"/>
          <w:sz w:val="21"/>
        </w:rPr>
        <w:t>[Software]: [konkrete Anwendung und Kenntnisstand].</w:t>
      </w:r>
    </w:p>
    <w:p>
      <w:pPr>
        <w:spacing w:after="100" w:line="259" w:lineRule="auto"/>
      </w:pPr>
      <w:r>
        <w:rPr>
          <w:b w:val="0"/>
          <w:sz w:val="21"/>
        </w:rPr>
        <w:t>[Sprache]: [Niveau; Nachweis nur nennen, wenn vorhanden].</w:t>
      </w:r>
    </w:p>
    <w:p>
      <w:pPr>
        <w:keepNext/>
        <w:spacing w:after="120" w:line="259" w:lineRule="auto" w:before="240"/>
      </w:pPr>
      <w:r>
        <w:rPr>
          <w:b/>
          <w:sz w:val="24"/>
        </w:rPr>
        <w:t>Schulabschluss</w:t>
      </w:r>
    </w:p>
    <w:p>
      <w:pPr>
        <w:spacing w:after="100" w:line="259" w:lineRule="auto"/>
      </w:pPr>
      <w:r>
        <w:rPr>
          <w:b w:val="0"/>
          <w:sz w:val="21"/>
        </w:rPr>
        <w:t>[MM/JJJJ] · [Schulabschluss] · [Schule, Ort]</w:t>
      </w:r>
    </w:p>
    <w:p>
      <w:pPr>
        <w:spacing w:after="0" w:line="259" w:lineRule="auto"/>
      </w:pPr>
      <w:r>
        <w:rPr>
          <w:b w:val="0"/>
          <w:sz w:val="21"/>
        </w:rPr>
        <w:t>[Ort, aktuelles Datum]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</w:pPr>
    <w:r>
      <w:rPr>
        <w:rFonts w:ascii="Arial" w:hAnsi="Arial"/>
        <w:sz w:val="16"/>
      </w:rPr>
      <w:t xml:space="preserve">Vorlage – alle Platzhalter vor dem Versand ersetzen.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1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2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für Hochschulabsolventen</dc:title>
  <dc:subject>Bearbeitbare Lebenslauf-Vorlage</dc:subject>
  <dc:creator>IPSER</dc:creator>
  <cp:keywords/>
  <dc:description/>
  <cp:lastModifiedBy>IPSER</cp:lastModifiedBy>
  <cp:revision>1</cp:revision>
  <dcterms:created xsi:type="dcterms:W3CDTF">2013-12-23T23:15:00Z</dcterms:created>
  <dcterms:modified xsi:type="dcterms:W3CDTF">2013-12-23T23:15:00Z</dcterms:modified>
  <cp:category/>
</cp:coreProperties>
</file>