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line="259" w:lineRule="auto"/>
      </w:pPr>
      <w:r>
        <w:rPr>
          <w:b/>
          <w:sz w:val="40"/>
        </w:rPr>
        <w:t>LEBENSLAUF</w:t>
      </w:r>
    </w:p>
    <w:p>
      <w:pPr>
        <w:spacing w:after="100" w:line="259" w:lineRule="auto"/>
      </w:pPr>
      <w:r>
        <w:rPr>
          <w:b/>
          <w:sz w:val="32"/>
        </w:rPr>
        <w:t>[Vorname Nachname]</w:t>
      </w:r>
    </w:p>
    <w:p>
      <w:pPr>
        <w:spacing w:after="40" w:line="259" w:lineRule="auto"/>
      </w:pPr>
      <w:r>
        <w:rPr>
          <w:b w:val="0"/>
          <w:sz w:val="20"/>
        </w:rPr>
        <w:t>[Straße Hausnummer] · [PLZ Ort]</w:t>
      </w:r>
    </w:p>
    <w:p>
      <w:pPr>
        <w:spacing w:after="80" w:line="259" w:lineRule="auto"/>
      </w:pPr>
      <w:r>
        <w:rPr>
          <w:b w:val="0"/>
          <w:sz w:val="20"/>
        </w:rPr>
        <w:t>[Telefon] · [E-Mail-Adresse]</w:t>
      </w:r>
    </w:p>
    <w:p>
      <w:pPr>
        <w:keepNext/>
        <w:spacing w:after="120" w:line="259" w:lineRule="auto" w:before="240"/>
      </w:pPr>
      <w:r>
        <w:rPr>
          <w:b/>
          <w:sz w:val="24"/>
        </w:rPr>
        <w:t>Berufliches Profil</w:t>
      </w:r>
    </w:p>
    <w:p>
      <w:pPr>
        <w:spacing w:after="100" w:line="259" w:lineRule="auto"/>
      </w:pPr>
      <w:r>
        <w:rPr>
          <w:b w:val="0"/>
          <w:sz w:val="21"/>
        </w:rPr>
        <w:t>[Berufsrolle, relevante Erfahrung und fachlicher Schwerpunkt in zwei bis drei Sätzen.]</w:t>
      </w:r>
    </w:p>
    <w:p>
      <w:pPr>
        <w:keepNext/>
        <w:spacing w:after="120" w:line="259" w:lineRule="auto" w:before="240"/>
      </w:pPr>
      <w:r>
        <w:rPr>
          <w:b/>
          <w:sz w:val="24"/>
        </w:rPr>
        <w:t>Berufserfahrung</w:t>
      </w:r>
    </w:p>
    <w:p>
      <w:pPr>
        <w:keepNext/>
        <w:spacing w:after="60" w:line="259" w:lineRule="auto"/>
      </w:pPr>
      <w:r>
        <w:rPr>
          <w:b/>
          <w:sz w:val="21"/>
        </w:rPr>
        <w:t>MM/JJJJ – heute  |  [Aktuelle Position]</w:t>
      </w:r>
    </w:p>
    <w:p>
      <w:pPr>
        <w:keepNext/>
        <w:spacing w:after="60" w:line="259" w:lineRule="auto"/>
      </w:pPr>
      <w:r>
        <w:rPr>
          <w:b w:val="0"/>
          <w:sz w:val="21"/>
        </w:rPr>
        <w:t>[Unternehmen, Ort]</w:t>
      </w:r>
    </w:p>
    <w:p>
      <w:pPr>
        <w:spacing w:after="60" w:line="259" w:lineRule="auto"/>
        <w:ind w:left="144" w:hanging="144"/>
      </w:pPr>
      <w:r>
        <w:rPr>
          <w:b w:val="0"/>
          <w:sz w:val="21"/>
        </w:rPr>
        <w:t>• [Wichtigste Aufgabe mit Zuständigkeit und Kontext.]</w:t>
      </w:r>
    </w:p>
    <w:p>
      <w:pPr>
        <w:spacing w:after="60" w:line="259" w:lineRule="auto"/>
        <w:ind w:left="144" w:hanging="144"/>
      </w:pPr>
      <w:r>
        <w:rPr>
          <w:b w:val="0"/>
          <w:sz w:val="21"/>
        </w:rPr>
        <w:t>• [Zusammenarbeit mit relevanten Abteilungen oder Kunden.]</w:t>
      </w:r>
    </w:p>
    <w:p>
      <w:pPr>
        <w:spacing w:after="60" w:line="259" w:lineRule="auto"/>
        <w:ind w:left="144" w:hanging="144"/>
      </w:pPr>
      <w:r>
        <w:rPr>
          <w:b w:val="0"/>
          <w:sz w:val="21"/>
        </w:rPr>
        <w:t>• [Eigenes belegbares Ergebnis oder Projekt – keine erfundenen Kennzahlen.]</w:t>
      </w:r>
    </w:p>
    <w:p>
      <w:pPr>
        <w:keepNext/>
        <w:spacing w:after="60" w:line="259" w:lineRule="auto"/>
      </w:pPr>
      <w:r>
        <w:rPr>
          <w:b/>
          <w:sz w:val="21"/>
        </w:rPr>
        <w:t>MM/JJJJ – MM/JJJJ  |  [Vorherige Position]</w:t>
      </w:r>
    </w:p>
    <w:p>
      <w:pPr>
        <w:keepNext/>
        <w:spacing w:after="60" w:line="259" w:lineRule="auto"/>
      </w:pPr>
      <w:r>
        <w:rPr>
          <w:b w:val="0"/>
          <w:sz w:val="21"/>
        </w:rPr>
        <w:t>[Unternehmen, Ort]</w:t>
      </w:r>
    </w:p>
    <w:p>
      <w:pPr>
        <w:spacing w:after="60" w:line="259" w:lineRule="auto"/>
        <w:ind w:left="144" w:hanging="144"/>
      </w:pPr>
      <w:r>
        <w:rPr>
          <w:b w:val="0"/>
          <w:sz w:val="21"/>
        </w:rPr>
        <w:t>• [Relevante Aufgabe für die Zielposition.]</w:t>
      </w:r>
    </w:p>
    <w:p>
      <w:pPr>
        <w:spacing w:after="60" w:line="259" w:lineRule="auto"/>
        <w:ind w:left="144" w:hanging="144"/>
      </w:pPr>
      <w:r>
        <w:rPr>
          <w:b w:val="0"/>
          <w:sz w:val="21"/>
        </w:rPr>
        <w:t>• [Weitere Verantwortung oder Verbesserung.]</w:t>
      </w:r>
    </w:p>
    <w:p>
      <w:pPr>
        <w:keepNext/>
        <w:spacing w:after="120" w:line="259" w:lineRule="auto" w:before="240"/>
      </w:pPr>
      <w:r>
        <w:rPr>
          <w:b/>
          <w:sz w:val="24"/>
        </w:rPr>
        <w:t>Ausgewähltes Projekt</w:t>
      </w:r>
    </w:p>
    <w:p>
      <w:pPr>
        <w:spacing w:after="100" w:line="259" w:lineRule="auto"/>
      </w:pPr>
      <w:r>
        <w:rPr>
          <w:b/>
          <w:sz w:val="21"/>
        </w:rPr>
        <w:t>[Jahr] · [Projektname]</w:t>
      </w:r>
    </w:p>
    <w:p>
      <w:pPr>
        <w:spacing w:after="100" w:line="259" w:lineRule="auto"/>
      </w:pPr>
      <w:r>
        <w:rPr>
          <w:b w:val="0"/>
          <w:sz w:val="21"/>
        </w:rPr>
        <w:t>[Ausgangslage, eigener Beitrag und belegbares Ergebnis in drei bis vier Zeilen.]</w:t>
      </w:r>
    </w:p>
    <w:p>
      <w:r>
        <w:br w:type="page"/>
      </w:r>
    </w:p>
    <w:p>
      <w:pPr>
        <w:spacing w:after="180" w:line="259" w:lineRule="auto"/>
      </w:pPr>
      <w:r>
        <w:rPr>
          <w:b/>
          <w:sz w:val="26"/>
        </w:rPr>
        <w:t>[Vorname Nachname] · Lebenslauf</w:t>
      </w:r>
    </w:p>
    <w:p>
      <w:pPr>
        <w:keepNext/>
        <w:spacing w:after="120" w:line="259" w:lineRule="auto" w:before="240"/>
      </w:pPr>
      <w:r>
        <w:rPr>
          <w:b/>
          <w:sz w:val="24"/>
        </w:rPr>
        <w:t>Frühere Berufserfahrung</w:t>
      </w:r>
    </w:p>
    <w:p>
      <w:pPr>
        <w:keepNext/>
        <w:spacing w:after="60" w:line="259" w:lineRule="auto"/>
      </w:pPr>
      <w:r>
        <w:rPr>
          <w:b/>
          <w:sz w:val="21"/>
        </w:rPr>
        <w:t>MM/JJJJ – MM/JJJJ  |  [Frühere Position]</w:t>
      </w:r>
    </w:p>
    <w:p>
      <w:pPr>
        <w:keepNext/>
        <w:spacing w:after="60" w:line="259" w:lineRule="auto"/>
      </w:pPr>
      <w:r>
        <w:rPr>
          <w:b w:val="0"/>
          <w:sz w:val="21"/>
        </w:rPr>
        <w:t>[Unternehmen, Ort]</w:t>
      </w:r>
    </w:p>
    <w:p>
      <w:pPr>
        <w:spacing w:after="60" w:line="259" w:lineRule="auto"/>
        <w:ind w:left="144" w:hanging="144"/>
      </w:pPr>
      <w:r>
        <w:rPr>
          <w:b w:val="0"/>
          <w:sz w:val="21"/>
        </w:rPr>
        <w:t>• [Eine relevante Schwerpunktaufgabe; ältere Stationen kurz halten.]</w:t>
      </w:r>
    </w:p>
    <w:p>
      <w:pPr>
        <w:keepNext/>
        <w:spacing w:after="120" w:line="259" w:lineRule="auto" w:before="240"/>
      </w:pPr>
      <w:r>
        <w:rPr>
          <w:b/>
          <w:sz w:val="24"/>
        </w:rPr>
        <w:t>Ausbildung</w:t>
      </w:r>
    </w:p>
    <w:p>
      <w:pPr>
        <w:keepNext/>
        <w:spacing w:after="60" w:line="259" w:lineRule="auto"/>
      </w:pPr>
      <w:r>
        <w:rPr>
          <w:b/>
          <w:sz w:val="21"/>
        </w:rPr>
        <w:t>MM/JJJJ – MM/JJJJ  |  [Abschluss und Fachrichtung]</w:t>
      </w:r>
    </w:p>
    <w:p>
      <w:pPr>
        <w:keepNext/>
        <w:spacing w:after="60" w:line="259" w:lineRule="auto"/>
      </w:pPr>
      <w:r>
        <w:rPr>
          <w:b w:val="0"/>
          <w:sz w:val="21"/>
        </w:rPr>
        <w:t>[Ausbildungsbetrieb / Bildungseinrichtung, Ort]</w:t>
      </w:r>
    </w:p>
    <w:p>
      <w:pPr>
        <w:keepNext/>
        <w:spacing w:after="120" w:line="259" w:lineRule="auto" w:before="240"/>
      </w:pPr>
      <w:r>
        <w:rPr>
          <w:b/>
          <w:sz w:val="24"/>
        </w:rPr>
        <w:t>Weiterbildungen</w:t>
      </w:r>
    </w:p>
    <w:p>
      <w:pPr>
        <w:spacing w:after="100" w:line="259" w:lineRule="auto"/>
      </w:pPr>
      <w:r>
        <w:rPr>
          <w:b w:val="0"/>
          <w:sz w:val="21"/>
        </w:rPr>
        <w:t>[MM/JJJJ] · [Weiterbildung und Schwerpunkt] · [Anbieter]</w:t>
      </w:r>
    </w:p>
    <w:p>
      <w:pPr>
        <w:spacing w:after="100" w:line="259" w:lineRule="auto"/>
      </w:pPr>
      <w:r>
        <w:rPr>
          <w:b w:val="0"/>
          <w:sz w:val="21"/>
        </w:rPr>
        <w:t>[MM/JJJJ] · [Weitere relevante Weiterbildung] · [Anbieter]</w:t>
      </w:r>
    </w:p>
    <w:p>
      <w:pPr>
        <w:keepNext/>
        <w:spacing w:after="120" w:line="259" w:lineRule="auto" w:before="240"/>
      </w:pPr>
      <w:r>
        <w:rPr>
          <w:b/>
          <w:sz w:val="24"/>
        </w:rPr>
        <w:t>Fachkenntnisse und Sprachen</w:t>
      </w:r>
    </w:p>
    <w:p>
      <w:pPr>
        <w:spacing w:after="100" w:line="259" w:lineRule="auto"/>
      </w:pPr>
      <w:r>
        <w:rPr>
          <w:b w:val="0"/>
          <w:sz w:val="21"/>
        </w:rPr>
        <w:t>[Software]: [konkrete Anwendung und tatsächlicher Kenntnisstand].</w:t>
      </w:r>
    </w:p>
    <w:p>
      <w:pPr>
        <w:spacing w:after="100" w:line="259" w:lineRule="auto"/>
      </w:pPr>
      <w:r>
        <w:rPr>
          <w:b w:val="0"/>
          <w:sz w:val="21"/>
        </w:rPr>
        <w:t>[Fachgebiet]: [konkrete praktische Erfahrung].</w:t>
      </w:r>
    </w:p>
    <w:p>
      <w:pPr>
        <w:spacing w:after="100" w:line="259" w:lineRule="auto"/>
      </w:pPr>
      <w:r>
        <w:rPr>
          <w:b w:val="0"/>
          <w:sz w:val="21"/>
        </w:rPr>
        <w:t>[Sprache]: [Niveau; Zertifikat nur nennen, wenn vorhanden].</w:t>
      </w:r>
    </w:p>
    <w:p>
      <w:pPr>
        <w:keepNext/>
        <w:spacing w:after="120" w:line="259" w:lineRule="auto" w:before="240"/>
      </w:pPr>
      <w:r>
        <w:rPr>
          <w:b/>
          <w:sz w:val="24"/>
        </w:rPr>
        <w:t>Engagement, optional</w:t>
      </w:r>
    </w:p>
    <w:p>
      <w:pPr>
        <w:spacing w:after="100" w:line="259" w:lineRule="auto"/>
      </w:pPr>
      <w:r>
        <w:rPr>
          <w:b w:val="0"/>
          <w:sz w:val="21"/>
        </w:rPr>
        <w:t>[Tatsächliche Aufgabe, Organisation und Zeitraum – nur wenn relevant].</w:t>
      </w:r>
    </w:p>
    <w:p>
      <w:pPr>
        <w:spacing w:after="0" w:line="259" w:lineRule="auto"/>
      </w:pPr>
      <w:r>
        <w:rPr>
          <w:b w:val="0"/>
          <w:sz w:val="21"/>
        </w:rPr>
        <w:t>[Ort, aktuelles Datum]</w:t>
      </w:r>
    </w:p>
    <w:sectPr w:rsidR="00FC693F" w:rsidRPr="0006063C" w:rsidSect="00034616">
      <w:footerReference w:type="default" r:id="rId9"/>
      <w:pgSz w:w="12240" w:h="15840"/>
      <w:pgMar w:top="936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120"/>
    </w:pPr>
    <w:r>
      <w:rPr>
        <w:rFonts w:ascii="Arial" w:hAnsi="Arial"/>
        <w:sz w:val="16"/>
      </w:rPr>
      <w:t xml:space="preserve">Vorlage – alle Platzhalter vor dem Versand ersetzen.  | 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000000"/>
      <w:sz w:val="21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21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Lebenslauf mit Berufserfahrung</dc:title>
  <dc:subject>Bearbeitbare Lebenslauf-Vorlage</dc:subject>
  <dc:creator>IPSER</dc:creator>
  <cp:keywords/>
  <dc:description/>
  <cp:lastModifiedBy>IPSER</cp:lastModifiedBy>
  <cp:revision>1</cp:revision>
  <dcterms:created xsi:type="dcterms:W3CDTF">2013-12-23T23:15:00Z</dcterms:created>
  <dcterms:modified xsi:type="dcterms:W3CDTF">2013-12-23T23:15:00Z</dcterms:modified>
  <cp:category/>
</cp:coreProperties>
</file>