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line="259" w:lineRule="auto"/>
      </w:pPr>
      <w:r>
        <w:rPr>
          <w:b/>
          <w:sz w:val="40"/>
        </w:rPr>
        <w:t>LEBENSLAUF</w:t>
      </w:r>
    </w:p>
    <w:p>
      <w:pPr>
        <w:spacing w:after="100" w:line="259" w:lineRule="auto"/>
      </w:pPr>
      <w:r>
        <w:rPr>
          <w:b/>
          <w:sz w:val="32"/>
        </w:rPr>
        <w:t>[Vorname Nachname]</w:t>
      </w:r>
    </w:p>
    <w:p>
      <w:pPr>
        <w:spacing w:after="40" w:line="259" w:lineRule="auto"/>
      </w:pPr>
      <w:r>
        <w:rPr>
          <w:b w:val="0"/>
          <w:sz w:val="20"/>
        </w:rPr>
        <w:t>[Straße Hausnummer] · [PLZ Ort]</w:t>
      </w:r>
    </w:p>
    <w:p>
      <w:pPr>
        <w:spacing w:after="80" w:line="259" w:lineRule="auto"/>
      </w:pPr>
      <w:r>
        <w:rPr>
          <w:b w:val="0"/>
          <w:sz w:val="20"/>
        </w:rPr>
        <w:t>[Telefon] · [E-Mail-Adresse]</w:t>
      </w:r>
    </w:p>
    <w:p>
      <w:pPr>
        <w:keepNext/>
        <w:spacing w:after="120" w:line="259" w:lineRule="auto" w:before="240"/>
      </w:pPr>
      <w:r>
        <w:rPr>
          <w:b/>
          <w:sz w:val="24"/>
        </w:rPr>
        <w:t>Führungsprofil</w:t>
      </w:r>
    </w:p>
    <w:p>
      <w:pPr>
        <w:spacing w:after="100" w:line="259" w:lineRule="auto"/>
      </w:pPr>
      <w:r>
        <w:rPr>
          <w:b w:val="0"/>
          <w:sz w:val="21"/>
        </w:rPr>
        <w:t>[Führungsrolle, Verantwortungsbereich und fachlicher Schwerpunkt. Nur belegbare Angaben verwenden.]</w:t>
      </w:r>
    </w:p>
    <w:p>
      <w:pPr>
        <w:keepNext/>
        <w:spacing w:after="120" w:line="259" w:lineRule="auto" w:before="240"/>
      </w:pPr>
      <w:r>
        <w:rPr>
          <w:b/>
          <w:sz w:val="24"/>
        </w:rPr>
        <w:t>Führungserfahrung</w:t>
      </w:r>
    </w:p>
    <w:p>
      <w:pPr>
        <w:keepNext/>
        <w:spacing w:after="60" w:line="259" w:lineRule="auto"/>
      </w:pPr>
      <w:r>
        <w:rPr>
          <w:b/>
          <w:sz w:val="21"/>
        </w:rPr>
        <w:t>MM/JJJJ – heute  |  [Aktuelle Führungsposition]</w:t>
      </w:r>
    </w:p>
    <w:p>
      <w:pPr>
        <w:keepNext/>
        <w:spacing w:after="60" w:line="259" w:lineRule="auto"/>
      </w:pPr>
      <w:r>
        <w:rPr>
          <w:b w:val="0"/>
          <w:sz w:val="21"/>
        </w:rPr>
        <w:t>[Unternehmen, Ort]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[Führungsumfang: Teamgröße, fachlich/disziplinarisch – nur soweit zutreffend.]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[Geschäftlicher Verantwortungsbereich und wesentliche Schnittstellen.]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[Belegbare Prozessverbesserung mit eigenem Beitrag.]</w:t>
      </w:r>
    </w:p>
    <w:p>
      <w:pPr>
        <w:keepNext/>
        <w:spacing w:after="60" w:line="259" w:lineRule="auto"/>
      </w:pPr>
      <w:r>
        <w:rPr>
          <w:b/>
          <w:sz w:val="21"/>
        </w:rPr>
        <w:t>MM/JJJJ – MM/JJJJ  |  [Vorherige Position]</w:t>
      </w:r>
    </w:p>
    <w:p>
      <w:pPr>
        <w:keepNext/>
        <w:spacing w:after="60" w:line="259" w:lineRule="auto"/>
      </w:pPr>
      <w:r>
        <w:rPr>
          <w:b w:val="0"/>
          <w:sz w:val="21"/>
        </w:rPr>
        <w:t>[Unternehmen, Ort]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[Projektumfang und konkrete Verantwortung.]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[Relevanter Beitrag zur Zusammenarbeit oder Entwicklung.]</w:t>
      </w:r>
    </w:p>
    <w:p>
      <w:pPr>
        <w:keepNext/>
        <w:spacing w:after="120" w:line="259" w:lineRule="auto" w:before="240"/>
      </w:pPr>
      <w:r>
        <w:rPr>
          <w:b/>
          <w:sz w:val="24"/>
        </w:rPr>
        <w:t>Ausgewählter Führungserfolg</w:t>
      </w:r>
    </w:p>
    <w:p>
      <w:pPr>
        <w:spacing w:after="100" w:line="259" w:lineRule="auto"/>
      </w:pPr>
      <w:r>
        <w:rPr>
          <w:b w:val="0"/>
          <w:sz w:val="21"/>
        </w:rPr>
        <w:t>[Ausgangssituation → eigene Entscheidung / Beitrag → nachvollziehbares Ergebnis. Budget- oder Umsatzwerte nur nennen, wenn belegbar und zur Veröffentlichung geeignet.]</w:t>
      </w:r>
    </w:p>
    <w:p>
      <w:r>
        <w:br w:type="page"/>
      </w:r>
    </w:p>
    <w:p>
      <w:pPr>
        <w:spacing w:after="180" w:line="259" w:lineRule="auto"/>
      </w:pPr>
      <w:r>
        <w:rPr>
          <w:b/>
          <w:sz w:val="26"/>
        </w:rPr>
        <w:t>[Vorname Nachname] · Lebenslauf</w:t>
      </w:r>
    </w:p>
    <w:p>
      <w:pPr>
        <w:keepNext/>
        <w:spacing w:after="120" w:line="259" w:lineRule="auto" w:before="240"/>
      </w:pPr>
      <w:r>
        <w:rPr>
          <w:b/>
          <w:sz w:val="24"/>
        </w:rPr>
        <w:t>Weitere Erfahrung</w:t>
      </w:r>
    </w:p>
    <w:p>
      <w:pPr>
        <w:keepNext/>
        <w:spacing w:after="60" w:line="259" w:lineRule="auto"/>
      </w:pPr>
      <w:r>
        <w:rPr>
          <w:b/>
          <w:sz w:val="21"/>
        </w:rPr>
        <w:t>MM/JJJJ – MM/JJJJ  |  [Frühere Position]</w:t>
      </w:r>
    </w:p>
    <w:p>
      <w:pPr>
        <w:keepNext/>
        <w:spacing w:after="60" w:line="259" w:lineRule="auto"/>
      </w:pPr>
      <w:r>
        <w:rPr>
          <w:b w:val="0"/>
          <w:sz w:val="21"/>
        </w:rPr>
        <w:t>[Unternehmen, Ort]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[Für die Zielposition relevante Erfahrung in einem Satz.]</w:t>
      </w:r>
    </w:p>
    <w:p>
      <w:pPr>
        <w:keepNext/>
        <w:spacing w:after="120" w:line="259" w:lineRule="auto" w:before="240"/>
      </w:pPr>
      <w:r>
        <w:rPr>
          <w:b/>
          <w:sz w:val="24"/>
        </w:rPr>
        <w:t>Studium und Qualifikationen</w:t>
      </w:r>
    </w:p>
    <w:p>
      <w:pPr>
        <w:keepNext/>
        <w:spacing w:after="60" w:line="259" w:lineRule="auto"/>
      </w:pPr>
      <w:r>
        <w:rPr>
          <w:b/>
          <w:sz w:val="21"/>
        </w:rPr>
        <w:t>MM/JJJJ – MM/JJJJ  |  [Abschluss und Fachrichtung]</w:t>
      </w:r>
    </w:p>
    <w:p>
      <w:pPr>
        <w:keepNext/>
        <w:spacing w:after="60" w:line="259" w:lineRule="auto"/>
      </w:pPr>
      <w:r>
        <w:rPr>
          <w:b w:val="0"/>
          <w:sz w:val="21"/>
        </w:rPr>
        <w:t>[Hochschule, Ort]</w:t>
      </w:r>
    </w:p>
    <w:p>
      <w:pPr>
        <w:spacing w:after="100" w:line="259" w:lineRule="auto"/>
      </w:pPr>
      <w:r>
        <w:rPr>
          <w:b w:val="0"/>
          <w:sz w:val="21"/>
        </w:rPr>
        <w:t>[Jahr] · [Relevante Weiterbildung] · [Anbieter]</w:t>
      </w:r>
    </w:p>
    <w:p>
      <w:pPr>
        <w:keepNext/>
        <w:spacing w:after="120" w:line="259" w:lineRule="auto" w:before="240"/>
      </w:pPr>
      <w:r>
        <w:rPr>
          <w:b/>
          <w:sz w:val="24"/>
        </w:rPr>
        <w:t>Schwerpunkte</w:t>
      </w:r>
    </w:p>
    <w:p>
      <w:pPr>
        <w:spacing w:after="100" w:line="259" w:lineRule="auto"/>
      </w:pPr>
      <w:r>
        <w:rPr>
          <w:b w:val="0"/>
          <w:sz w:val="21"/>
        </w:rPr>
        <w:t>[Führungskompetenzen mit konkretem Anwendungsbezug.]</w:t>
      </w:r>
    </w:p>
    <w:p>
      <w:pPr>
        <w:spacing w:after="100" w:line="259" w:lineRule="auto"/>
      </w:pPr>
      <w:r>
        <w:rPr>
          <w:b w:val="0"/>
          <w:sz w:val="21"/>
        </w:rPr>
        <w:t>[Fachliche oder strategische Schwerpunkte.]</w:t>
      </w:r>
    </w:p>
    <w:p>
      <w:pPr>
        <w:spacing w:after="100" w:line="259" w:lineRule="auto"/>
      </w:pPr>
      <w:r>
        <w:rPr>
          <w:b w:val="0"/>
          <w:sz w:val="21"/>
        </w:rPr>
        <w:t>[Systeme und Methoden, die Sie tatsächlich anwenden.]</w:t>
      </w:r>
    </w:p>
    <w:p>
      <w:pPr>
        <w:keepNext/>
        <w:spacing w:after="120" w:line="259" w:lineRule="auto" w:before="240"/>
      </w:pPr>
      <w:r>
        <w:rPr>
          <w:b/>
          <w:sz w:val="24"/>
        </w:rPr>
        <w:t>Sprachen</w:t>
      </w:r>
    </w:p>
    <w:p>
      <w:pPr>
        <w:spacing w:after="100" w:line="259" w:lineRule="auto"/>
      </w:pPr>
      <w:r>
        <w:rPr>
          <w:b w:val="0"/>
          <w:sz w:val="21"/>
        </w:rPr>
        <w:t>[Sprache und tatsächliches Niveau; Zertifikate mit Datum, falls vorhanden.]</w:t>
      </w:r>
    </w:p>
    <w:p>
      <w:pPr>
        <w:keepNext/>
        <w:spacing w:after="120" w:line="259" w:lineRule="auto" w:before="240"/>
      </w:pPr>
      <w:r>
        <w:rPr>
          <w:b/>
          <w:sz w:val="24"/>
        </w:rPr>
        <w:t>Ergänzende Angaben, optional</w:t>
      </w:r>
    </w:p>
    <w:p>
      <w:pPr>
        <w:spacing w:after="100" w:line="259" w:lineRule="auto"/>
      </w:pPr>
      <w:r>
        <w:rPr>
          <w:b w:val="0"/>
          <w:sz w:val="21"/>
        </w:rPr>
        <w:t>[Publikation, Vortrag oder Engagement – nur relevante und freigegebene Angaben.]</w:t>
      </w:r>
    </w:p>
    <w:p>
      <w:pPr>
        <w:spacing w:after="0" w:line="259" w:lineRule="auto"/>
      </w:pPr>
      <w:r>
        <w:rPr>
          <w:b w:val="0"/>
          <w:sz w:val="21"/>
        </w:rPr>
        <w:t>[Ort, aktuelles Datum]</w:t>
      </w:r>
    </w:p>
    <w:sectPr w:rsidR="00FC693F" w:rsidRPr="0006063C" w:rsidSect="00034616">
      <w:footerReference w:type="default" r:id="rId9"/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20"/>
    </w:pPr>
    <w:r>
      <w:rPr>
        <w:rFonts w:ascii="Arial" w:hAnsi="Arial"/>
        <w:sz w:val="16"/>
      </w:rPr>
      <w:t xml:space="preserve">Vorlage – alle Platzhalter vor dem Versand ersetzen.  |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00000"/>
      <w:sz w:val="21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21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Lebenslauf für Führungskräfte</dc:title>
  <dc:subject>Bearbeitbare Lebenslauf-Vorlage</dc:subject>
  <dc:creator>IPSER</dc:creator>
  <cp:keywords/>
  <dc:description/>
  <cp:lastModifiedBy>IPSER</cp:lastModifiedBy>
  <cp:revision>1</cp:revision>
  <dcterms:created xsi:type="dcterms:W3CDTF">2013-12-23T23:15:00Z</dcterms:created>
  <dcterms:modified xsi:type="dcterms:W3CDTF">2013-12-23T23:15:00Z</dcterms:modified>
  <cp:category/>
</cp:coreProperties>
</file>