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line="259" w:lineRule="auto"/>
      </w:pPr>
      <w:r>
        <w:rPr>
          <w:b/>
          <w:sz w:val="40"/>
        </w:rPr>
        <w:t>LEBENSLAUF</w:t>
      </w:r>
    </w:p>
    <w:p>
      <w:pPr>
        <w:spacing w:after="100" w:line="259" w:lineRule="auto"/>
      </w:pPr>
      <w:r>
        <w:rPr>
          <w:b/>
          <w:sz w:val="32"/>
        </w:rPr>
        <w:t>[Vorname Nachname]</w:t>
      </w:r>
    </w:p>
    <w:p>
      <w:pPr>
        <w:spacing w:after="40" w:line="259" w:lineRule="auto"/>
      </w:pPr>
      <w:r>
        <w:rPr>
          <w:b w:val="0"/>
          <w:sz w:val="20"/>
        </w:rPr>
        <w:t>[Straße Hausnummer] · [PLZ Ort]</w:t>
      </w:r>
    </w:p>
    <w:p>
      <w:pPr>
        <w:spacing w:after="80" w:line="259" w:lineRule="auto"/>
      </w:pPr>
      <w:r>
        <w:rPr>
          <w:b w:val="0"/>
          <w:sz w:val="20"/>
        </w:rPr>
        <w:t>[Telefon] · [E-Mail-Adresse]</w:t>
      </w:r>
    </w:p>
    <w:p>
      <w:pPr>
        <w:keepNext/>
        <w:spacing w:after="120" w:line="259" w:lineRule="auto" w:before="240"/>
      </w:pPr>
      <w:r>
        <w:rPr>
          <w:b/>
          <w:sz w:val="24"/>
        </w:rPr>
        <w:t>Berufliches Ziel und übertragbare Erfahrung</w:t>
      </w:r>
    </w:p>
    <w:p>
      <w:pPr>
        <w:spacing w:after="100" w:line="259" w:lineRule="auto"/>
      </w:pPr>
      <w:r>
        <w:rPr>
          <w:b w:val="0"/>
          <w:sz w:val="21"/>
        </w:rPr>
        <w:t>[Zielposition und zwei passende Erfahrungen aus Ihrem bisherigen Beruf. Den Wechselwunsch konkret und ohne erfundene Qualifikationen beschreiben.]</w:t>
      </w:r>
    </w:p>
    <w:p>
      <w:pPr>
        <w:keepNext/>
        <w:spacing w:after="120" w:line="259" w:lineRule="auto" w:before="240"/>
      </w:pPr>
      <w:r>
        <w:rPr>
          <w:b/>
          <w:sz w:val="24"/>
        </w:rPr>
        <w:t>Berufserfahrung</w:t>
      </w:r>
    </w:p>
    <w:p>
      <w:pPr>
        <w:keepNext/>
        <w:spacing w:after="60" w:line="259" w:lineRule="auto"/>
      </w:pPr>
      <w:r>
        <w:rPr>
          <w:b/>
          <w:sz w:val="21"/>
        </w:rPr>
        <w:t>MM/JJJJ – heute  |  [Bisherige Position]</w:t>
      </w:r>
    </w:p>
    <w:p>
      <w:pPr>
        <w:keepNext/>
        <w:spacing w:after="60" w:line="259" w:lineRule="auto"/>
      </w:pPr>
      <w:r>
        <w:rPr>
          <w:b w:val="0"/>
          <w:sz w:val="21"/>
        </w:rPr>
        <w:t>[Unternehmen, Ort]</w:t>
      </w:r>
    </w:p>
    <w:p>
      <w:pPr>
        <w:spacing w:after="60" w:line="259" w:lineRule="auto"/>
        <w:ind w:left="144" w:hanging="144"/>
      </w:pPr>
      <w:r>
        <w:rPr>
          <w:b w:val="0"/>
          <w:sz w:val="21"/>
        </w:rPr>
        <w:t>• [Aufgabe, die sich auf den neuen Beruf übertragen lässt.]</w:t>
      </w:r>
    </w:p>
    <w:p>
      <w:pPr>
        <w:spacing w:after="60" w:line="259" w:lineRule="auto"/>
        <w:ind w:left="144" w:hanging="144"/>
      </w:pPr>
      <w:r>
        <w:rPr>
          <w:b w:val="0"/>
          <w:sz w:val="21"/>
        </w:rPr>
        <w:t>• [Werkzeug oder Prozess mit Bezug zur Zielposition.]</w:t>
      </w:r>
    </w:p>
    <w:p>
      <w:pPr>
        <w:spacing w:after="60" w:line="259" w:lineRule="auto"/>
        <w:ind w:left="144" w:hanging="144"/>
      </w:pPr>
      <w:r>
        <w:rPr>
          <w:b w:val="0"/>
          <w:sz w:val="21"/>
        </w:rPr>
        <w:t>• [Belegbare Kommunikations- oder Organisationsaufgabe.]</w:t>
      </w:r>
    </w:p>
    <w:p>
      <w:pPr>
        <w:keepNext/>
        <w:spacing w:after="120" w:line="259" w:lineRule="auto" w:before="240"/>
      </w:pPr>
      <w:r>
        <w:rPr>
          <w:b/>
          <w:sz w:val="24"/>
        </w:rPr>
        <w:t>Weiterbildung und Praxisprojekt</w:t>
      </w:r>
    </w:p>
    <w:p>
      <w:pPr>
        <w:keepNext/>
        <w:spacing w:after="60" w:line="259" w:lineRule="auto"/>
      </w:pPr>
      <w:r>
        <w:rPr>
          <w:b/>
          <w:sz w:val="21"/>
        </w:rPr>
        <w:t>MM/JJJJ – MM/JJJJ  |  [Weiterbildung / eigenes Praxisprojekt]</w:t>
      </w:r>
    </w:p>
    <w:p>
      <w:pPr>
        <w:keepNext/>
        <w:spacing w:after="60" w:line="259" w:lineRule="auto"/>
      </w:pPr>
      <w:r>
        <w:rPr>
          <w:b w:val="0"/>
          <w:sz w:val="21"/>
        </w:rPr>
        <w:t>[Anbieter; Abschluss oder laufender Status]</w:t>
      </w:r>
    </w:p>
    <w:p>
      <w:pPr>
        <w:spacing w:after="60" w:line="259" w:lineRule="auto"/>
        <w:ind w:left="144" w:hanging="144"/>
      </w:pPr>
      <w:r>
        <w:rPr>
          <w:b w:val="0"/>
          <w:sz w:val="21"/>
        </w:rPr>
        <w:t>• [Tatsächlich bearbeitetes Projekt und eigene Tätigkeit.]</w:t>
      </w:r>
    </w:p>
    <w:p>
      <w:pPr>
        <w:keepNext/>
        <w:spacing w:after="120" w:line="259" w:lineRule="auto" w:before="240"/>
      </w:pPr>
      <w:r>
        <w:rPr>
          <w:b/>
          <w:sz w:val="24"/>
        </w:rPr>
        <w:t>Ausbildung</w:t>
      </w:r>
    </w:p>
    <w:p>
      <w:pPr>
        <w:spacing w:after="100" w:line="259" w:lineRule="auto"/>
      </w:pPr>
      <w:r>
        <w:rPr>
          <w:b w:val="0"/>
          <w:sz w:val="21"/>
        </w:rPr>
        <w:t>[Zeitraum] · [Abschluss] · [Einrichtung, Ort]</w:t>
      </w:r>
    </w:p>
    <w:p>
      <w:pPr>
        <w:keepNext/>
        <w:spacing w:after="120" w:line="259" w:lineRule="auto" w:before="240"/>
      </w:pPr>
      <w:r>
        <w:rPr>
          <w:b/>
          <w:sz w:val="24"/>
        </w:rPr>
        <w:t>Kenntnisse</w:t>
      </w:r>
    </w:p>
    <w:p>
      <w:pPr>
        <w:spacing w:after="100" w:line="259" w:lineRule="auto"/>
      </w:pPr>
      <w:r>
        <w:rPr>
          <w:b w:val="0"/>
          <w:sz w:val="21"/>
        </w:rPr>
        <w:t>[Software und konkrete Kenntnisse – keine pauschalen Expertenangaben.]</w:t>
      </w:r>
    </w:p>
    <w:p>
      <w:pPr>
        <w:spacing w:after="100" w:line="259" w:lineRule="auto"/>
      </w:pPr>
      <w:r>
        <w:rPr>
          <w:b w:val="0"/>
          <w:sz w:val="21"/>
        </w:rPr>
        <w:t>[Sprachen und tatsächlicher Kenntnisstand.]</w:t>
      </w:r>
    </w:p>
    <w:p>
      <w:pPr>
        <w:spacing w:after="0" w:line="259" w:lineRule="auto"/>
      </w:pPr>
      <w:r>
        <w:rPr>
          <w:b w:val="0"/>
          <w:sz w:val="21"/>
        </w:rPr>
        <w:t>[Ort, aktuelles Datum]</w:t>
      </w:r>
    </w:p>
    <w:sectPr w:rsidR="00FC693F" w:rsidRPr="0006063C" w:rsidSect="00034616">
      <w:footerReference w:type="default" r:id="rId9"/>
      <w:pgSz w:w="12240" w:h="15840"/>
      <w:pgMar w:top="936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120"/>
    </w:pPr>
    <w:r>
      <w:rPr>
        <w:rFonts w:ascii="Arial" w:hAnsi="Arial"/>
        <w:sz w:val="16"/>
      </w:rPr>
      <w:t xml:space="preserve">Vorlage – alle Platzhalter vor dem Versand ersetzen.  | 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00000"/>
      <w:sz w:val="21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21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Lebenslauf für Quereinsteiger</dc:title>
  <dc:subject>Bearbeitbare Lebenslauf-Vorlage</dc:subject>
  <dc:creator>IPSER</dc:creator>
  <cp:keywords/>
  <dc:description/>
  <cp:lastModifiedBy>IPSER</cp:lastModifiedBy>
  <cp:revision>1</cp:revision>
  <dcterms:created xsi:type="dcterms:W3CDTF">2013-12-23T23:15:00Z</dcterms:created>
  <dcterms:modified xsi:type="dcterms:W3CDTF">2013-12-23T23:15:00Z</dcterms:modified>
  <cp:category/>
</cp:coreProperties>
</file>